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Calculadora do Sono: Descubra o tempo ideal para você (calculadora interativa grátis)</w:t>
      </w:r>
    </w:p>
    <w:p>
      <w:r>
        <w:t>Atualizado: julho 27, 2025</w:t>
      </w:r>
    </w:p>
    <w:p>
      <w:r>
        <w:t>Autor: Guilherme Augusto</w:t>
      </w:r>
    </w:p>
    <w:p>
      <w:r>
        <w:t xml:space="preserve">A </w:t>
      </w:r>
      <w:hyperlink r:id="rId9">
        <w:r>
          <w:rPr>
            <w:u w:val="single"/>
            <w:color w:val="0000FF"/>
          </w:rPr>
          <w:t>calculadora do sono</w:t>
        </w:r>
      </w:hyperlink>
      <w:r>
        <w:t xml:space="preserve"> é a ferramenta definitiva para quem busca ajustar seus horários de descanso e acordar revigorado. Com base nos ciclos naturais de sono, você vai entender como planejar sua noite de forma inteligente e personalizada. Ao considerar o tempo que você leva para adormecer, nossa calculadora oferece sugestões personalizadas que evitam acordar no meio de um ciclo profundo, promovendo um despertar mais leve e descansado.</w:t>
      </w:r>
    </w:p>
    <w:p>
      <w:r>
        <w:t>Através de uma interface simples, basta informar o horário de dormir ou acordar desejado e o tempo médio que você demora para pegar no sono (geralmente 15–30 minutos). Em poucos segundos, você recebe opções de horários otimizados em múltiplos de 90 minutos, correspondentes aos ciclos completos de sono. Dessa forma, você minimiza a inércia matinal e maximiza sua disposição ao longo do dia.</w:t>
      </w:r>
    </w:p>
    <w:p>
      <w:pPr>
        <w:pStyle w:val="Heading2"/>
      </w:pPr>
      <w:r>
        <w:t>Calculadora do Sono</w:t>
      </w:r>
    </w:p>
    <w:p>
      <w:r>
        <w:t>Descubra os melhores horários para dormir e acordar baseado nos seus ciclos de sono.</w:t>
      </w:r>
    </w:p>
    <w:p>
      <w:r>
        <w:t>Quando dormir? ⏰ Quando acordar?</w:t>
      </w:r>
    </w:p>
    <w:p>
      <w:r>
        <w:t>Quanto tempo você leva para adormecer?</w:t>
      </w:r>
    </w:p>
    <w:p>
      <w:r>
        <w:t>Que horas você precisa acordar?</w:t>
      </w:r>
    </w:p>
    <w:p>
      <w:r>
        <w:t>Que horas você vai dormir?</w:t>
      </w:r>
    </w:p>
    <w:p>
      <w:pPr>
        <w:pStyle w:val="Heading2"/>
      </w:pPr>
      <w:r>
        <w:t>Seus horários ideais:</w:t>
      </w:r>
    </w:p>
    <w:p>
      <w:r>
        <w:t>Baseado em ciclos de 90 minutos.</w:t>
      </w:r>
    </w:p>
    <w:p>
      <w:r>
        <w:t>Dica: É mais fácil acordar no final de um ciclo de sono. Cada ciclo dura aproximadamente 90 minutos, incluindo sono leve, profundo e REM.</w:t>
      </w:r>
    </w:p>
    <w:p>
      <w:pPr>
        <w:pStyle w:val="Heading2"/>
      </w:pPr>
      <w:r>
        <w:t>Como obter o melhor horário para acordar com a calculadora do sono</w:t>
      </w:r>
    </w:p>
    <w:p>
      <w:r>
        <w:t>Para usar a calculadora do sono, comece escolhendo se deseja programar seu horário de dormir ou de acordar. Em seguida, informe o tempo médio que leva para adormecer, normalmente entre 15 e 30 minutos. Esses detalhes garantem que o cálculo seja preciso, pois considera o instante em que você realmente inicia seus ciclos de sono, não apenas o momento deitar. Ao clicar em “Calcular”, a ferramenta processa os dados e gera opções em múltiplos de 90 minutos, refletindo os ciclos completos do seu descanso.</w:t>
      </w:r>
    </w:p>
    <w:p>
      <w:r>
        <w:t>Com as opções de horários apresentadas, você pode escolher, por exemplo, acordar ao final do quinto ciclo (7h30) para um sono equilibrado ou optar por mais ciclos se tiver mais tempo disponível. Caso precise levantar cedo, selecione o horário mais próximo de seus compromissos e minimize a sensação de despertar confuso. Se preferir planejar quando ir para a cama, informe a hora de acordar desejada e obtenha o melhor horário de deitar, respeitando seu relógio biológico.</w:t>
      </w:r>
    </w:p>
    <w:p>
      <w:pPr>
        <w:pStyle w:val="Heading2"/>
      </w:pPr>
      <w:r>
        <w:t>O que é a calculadora do sono e como funciona?</w:t>
      </w:r>
    </w:p>
    <w:p>
      <w:r>
        <w:t>A calculadora do sono é uma ferramenta baseada na ciência dos ciclos de aproximadamente 90 minutos que nosso corpo percorre durante a noite. Cada ciclo inclui fases de sono leve, profundo e REM, essenciais para recuperação física e consolidação de memória. Ao informar seu tempo de adormecer, a calculadora alinha esses ciclos aos horários desejados, sugerindo os momentos ideais para deitar ou despertar.</w:t>
      </w:r>
    </w:p>
    <w:p>
      <w:r>
        <w:t>O sistema soma ou subtrai múltiplos de 90 minutos ao horário indicado, sempre considerando o tempo médio que você leva para pegar no sono. Dessa forma, evita interrupções no meio de um ciclo profundo, o que causa aquele despertar brusco e a sensação de sonolência residual. Com isso, seu descanso se torna mais eficiente e reparador.</w:t>
      </w:r>
    </w:p>
    <w:p>
      <w:pPr>
        <w:pStyle w:val="Heading2"/>
      </w:pPr>
      <w:r>
        <w:t>O que são ciclos do sono?</w:t>
      </w:r>
    </w:p>
    <w:p>
      <w:r>
        <w:t>Os ciclos do sono dividem-se em estágios que vão do sono leve ao sono REM, passando por sono profundo. Cada estágio desempenha funções específicas de restauração corporal e mental. Durante a Fase 1 (transição entre vigília e sono leve), o corpo desacelera e se prepara para o descanso, processo que dura em média 5 a 10 minutos. Em seguida, na Fase 2 (sono leve e desaceleração do corpo), as ondas cerebrais tornam-se mais lentas e o ritmo cardíaco diminui, ocupando cerca de 50% do ciclo.</w:t>
      </w:r>
    </w:p>
    <w:p>
      <w:r>
        <w:t>A Fase 3 (sono profundo e reparador), também chamada de sono delta, é essencial para a regeneração muscular e a liberação de hormônios de crescimento. Por fim, durante a Fase REM (consolidação da memória), que ocorre várias vezes ao longo da noite, o cérebro processa emoções e memórias enquanto o corpo permanece imóvel.</w:t>
      </w:r>
    </w:p>
    <w:p>
      <w:pPr>
        <w:pStyle w:val="Heading2"/>
      </w:pPr>
      <w:r>
        <w:t>Quantos ciclos de sono uma pessoa tem por noite?</w:t>
      </w:r>
    </w:p>
    <w:p>
      <w:r>
        <w:t>Em média, um adulto passa por 4 a 6 ciclos completos de sono por noite, totalizando entre 6 e 9 horas de descanso. Cada ciclo dura aproximadamente 90 a 110 minutos e é composto por estágios que vão do sono leve ao REM. A quantidade de ciclos pode variar conforme a idade, estado de saúde e hábitos de sono, como horários irregulares ou estímulos noturnos. Ter uma rotina estável e um ambiente propício contribui para um sono mais profundo e restaurador.</w:t>
      </w:r>
    </w:p>
    <w:p>
      <w:pPr>
        <w:pStyle w:val="Heading2"/>
      </w:pPr>
      <w:r>
        <w:t>Qual a duração de cada ciclo de sono?</w:t>
      </w:r>
    </w:p>
    <w:p>
      <w:r>
        <w:t>Cada ciclo de sono dura, em média, 90 minutos, podendo variar entre 80 e 110 minutos. Essa variação depende de fatores individuais como idade, nível de estresse, rotina e qualidade geral do sono. Ciclos mais curtos ou irregulares podem comprometer a restauração física e mental. Por isso, manter bons hábitos é essencial para que o corpo percorra todas as fases do sono adequadamente.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yperlink" Target="https://sonecadecadadia.com.br/calculadora-do-so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